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DBEDB3" w14:textId="77777777" w:rsidR="00392E0D" w:rsidRDefault="00392E0D" w:rsidP="006C617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76"/>
        <w:gridCol w:w="4924"/>
      </w:tblGrid>
      <w:tr w:rsidR="00A43A8B" w14:paraId="5539EC87" w14:textId="77777777" w:rsidTr="00392E0D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47ED4AB" w14:textId="4ADE98FE" w:rsidR="00392E0D" w:rsidRDefault="00A43A8B" w:rsidP="00A43A8B">
            <w:r>
              <w:fldChar w:fldCharType="begin"/>
            </w:r>
            <w:r>
              <w:instrText xml:space="preserve"> INCLUDEPICTURE "https://chatgpt.com/backend-api/estuary/content?id=file_00000000804471fda90fab19f3a0fb82&amp;ts=493286&amp;p=fs&amp;cid=1&amp;sig=ef329f6b3fd8e511d8f418c34a0d5bb300329e5e38db8ff21d4e9212a2fa2ab4&amp;v=0" \* MERGEFORMATINET </w:instrText>
            </w:r>
            <w:r>
              <w:fldChar w:fldCharType="separate"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E18BEED" wp14:editId="62978D0B">
                      <wp:extent cx="302260" cy="302260"/>
                      <wp:effectExtent l="0" t="0" r="0" b="0"/>
                      <wp:docPr id="1395956646" name="Rectangle 4" descr="Generated image: Modern home at twilight with pati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1CB8656" id="Rectangle 4" o:spid="_x0000_s1026" alt="Generated image: Modern home at twilight with patio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&#13;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fldChar w:fldCharType="end"/>
            </w:r>
            <w:r>
              <w:fldChar w:fldCharType="begin"/>
            </w:r>
            <w:r>
              <w:instrText xml:space="preserve"> INCLUDEPICTURE "https://chatgpt.com/backend-api/estuary/content?id=file_00000000804471fda90fab19f3a0fb82&amp;ts=493286&amp;p=fs&amp;cid=1&amp;sig=ef329f6b3fd8e511d8f418c34a0d5bb300329e5e38db8ff21d4e9212a2fa2ab4&amp;v=0" \* MERGEFORMATINET </w:instrText>
            </w:r>
            <w:r>
              <w:fldChar w:fldCharType="separate"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563C777" wp14:editId="4BF668D7">
                      <wp:extent cx="302260" cy="302260"/>
                      <wp:effectExtent l="0" t="0" r="0" b="0"/>
                      <wp:docPr id="1163202541" name="Rectangle 5" descr="Generated image: Modern home at twilight with pati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9B4FA7" id="Rectangle 5" o:spid="_x0000_s1026" alt="Generated image: Modern home at twilight with patio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&#13;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fldChar w:fldCharType="end"/>
            </w:r>
            <w:r w:rsidRPr="00A43A8B">
              <w:rPr>
                <w:noProof/>
              </w:rPr>
              <w:drawing>
                <wp:inline distT="0" distB="0" distL="0" distR="0" wp14:anchorId="58A0373E" wp14:editId="24173800">
                  <wp:extent cx="3590675" cy="2384474"/>
                  <wp:effectExtent l="0" t="0" r="3810" b="3175"/>
                  <wp:docPr id="3202599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25998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431" cy="253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D5FD0">
              <w:fldChar w:fldCharType="begin"/>
            </w:r>
            <w:r w:rsidR="001D5FD0">
              <w:instrText xml:space="preserve"> INCLUDEPICTURE "https://chatgpt.com/backend-api/estuary/content?id=file_00000000d9a071f688ea690634943db8&amp;ts=493286&amp;p=fs&amp;cid=1&amp;sig=15d992b1a88c7ace5a94ed62bc0d0359a47acc23b1948b948585fb62dec429dc&amp;v=0" \* MERGEFORMATINET </w:instrText>
            </w:r>
            <w:r w:rsidR="001D5FD0">
              <w:fldChar w:fldCharType="separate"/>
            </w:r>
            <w:r w:rsidR="001D5FD0">
              <w:rPr>
                <w:noProof/>
              </w:rPr>
              <mc:AlternateContent>
                <mc:Choice Requires="wps">
                  <w:drawing>
                    <wp:inline distT="0" distB="0" distL="0" distR="0" wp14:anchorId="19A3560C" wp14:editId="7576F7CA">
                      <wp:extent cx="302260" cy="302260"/>
                      <wp:effectExtent l="0" t="0" r="0" b="0"/>
                      <wp:docPr id="2083979014" name="Rectangle 2" descr="Modern minimalist house at dusk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260" cy="302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14CDC81" id="Rectangle 2" o:spid="_x0000_s1026" alt="Modern minimalist house at dusk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&#13;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D5FD0"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A463083" w14:textId="77777777" w:rsidR="00A43A8B" w:rsidRDefault="00A43A8B" w:rsidP="00392E0D">
            <w:pPr>
              <w:rPr>
                <w:rFonts w:ascii="Segoe UI" w:eastAsia="Times New Roman" w:hAnsi="Segoe UI" w:cs="Segoe UI"/>
                <w:b/>
                <w:bCs/>
                <w:color w:val="000000"/>
                <w:bdr w:val="none" w:sz="0" w:space="0" w:color="auto" w:frame="1"/>
              </w:rPr>
            </w:pPr>
          </w:p>
          <w:p w14:paraId="6998F44F" w14:textId="5CA843A0" w:rsidR="00392E0D" w:rsidRPr="0040341C" w:rsidRDefault="00392E0D" w:rsidP="00A43A8B">
            <w:pPr>
              <w:ind w:left="720"/>
              <w:rPr>
                <w:rFonts w:ascii="Aptos" w:eastAsia="Times New Roman" w:hAnsi="Aptos" w:cs="Times New Roman"/>
                <w:color w:val="000000"/>
              </w:rPr>
            </w:pPr>
            <w:r>
              <w:rPr>
                <w:rFonts w:ascii="Segoe UI" w:eastAsia="Times New Roman" w:hAnsi="Segoe UI" w:cs="Segoe UI"/>
                <w:b/>
                <w:bCs/>
                <w:color w:val="000000"/>
                <w:bdr w:val="none" w:sz="0" w:space="0" w:color="auto" w:frame="1"/>
              </w:rPr>
              <w:t>ADU MODULAR HOMES is a</w:t>
            </w:r>
            <w:r w:rsidRPr="0040341C">
              <w:rPr>
                <w:rFonts w:ascii="Segoe UI" w:eastAsia="Times New Roman" w:hAnsi="Segoe UI" w:cs="Segoe UI"/>
                <w:b/>
                <w:bCs/>
                <w:color w:val="000000"/>
                <w:bdr w:val="none" w:sz="0" w:space="0" w:color="auto" w:frame="1"/>
              </w:rPr>
              <w:t xml:space="preserve"> builder of affordable homes, </w:t>
            </w:r>
            <w:r>
              <w:rPr>
                <w:rFonts w:ascii="Segoe UI" w:eastAsia="Times New Roman" w:hAnsi="Segoe UI" w:cs="Segoe UI"/>
                <w:b/>
                <w:bCs/>
                <w:color w:val="000000"/>
                <w:bdr w:val="none" w:sz="0" w:space="0" w:color="auto" w:frame="1"/>
              </w:rPr>
              <w:t xml:space="preserve">casitas, and accessory dwelling units.  We also offer </w:t>
            </w:r>
            <w:r w:rsidRPr="0040341C">
              <w:rPr>
                <w:rFonts w:ascii="Segoe UI" w:eastAsia="Times New Roman" w:hAnsi="Segoe UI" w:cs="Segoe UI"/>
                <w:b/>
                <w:bCs/>
                <w:color w:val="000000"/>
                <w:bdr w:val="none" w:sz="0" w:space="0" w:color="auto" w:frame="1"/>
              </w:rPr>
              <w:t xml:space="preserve">sustainable outdoor solar living products that </w:t>
            </w:r>
            <w:r>
              <w:rPr>
                <w:rFonts w:ascii="Segoe UI" w:eastAsia="Times New Roman" w:hAnsi="Segoe UI" w:cs="Segoe UI"/>
                <w:b/>
                <w:bCs/>
                <w:color w:val="000000"/>
                <w:bdr w:val="none" w:sz="0" w:space="0" w:color="auto" w:frame="1"/>
              </w:rPr>
              <w:t xml:space="preserve">can </w:t>
            </w:r>
            <w:r w:rsidRPr="0040341C">
              <w:rPr>
                <w:rFonts w:ascii="Segoe UI" w:eastAsia="Times New Roman" w:hAnsi="Segoe UI" w:cs="Segoe UI"/>
                <w:b/>
                <w:bCs/>
                <w:color w:val="000000"/>
                <w:bdr w:val="none" w:sz="0" w:space="0" w:color="auto" w:frame="1"/>
              </w:rPr>
              <w:t xml:space="preserve">power the home.  </w:t>
            </w:r>
            <w:r>
              <w:rPr>
                <w:rFonts w:ascii="Segoe UI" w:eastAsia="Times New Roman" w:hAnsi="Segoe UI" w:cs="Segoe UI"/>
                <w:b/>
                <w:bCs/>
                <w:color w:val="000000"/>
                <w:bdr w:val="none" w:sz="0" w:space="0" w:color="auto" w:frame="1"/>
              </w:rPr>
              <w:t xml:space="preserve"> </w:t>
            </w:r>
            <w:r w:rsidRPr="0040341C">
              <w:rPr>
                <w:rFonts w:ascii="Segoe UI" w:eastAsia="Times New Roman" w:hAnsi="Segoe UI" w:cs="Segoe UI"/>
                <w:b/>
                <w:bCs/>
                <w:color w:val="000000"/>
                <w:bdr w:val="none" w:sz="0" w:space="0" w:color="auto" w:frame="1"/>
              </w:rPr>
              <w:t xml:space="preserve">We partner with top rated factories, manufacturers and contractors to permit, design, build, and install your homes.   </w:t>
            </w:r>
          </w:p>
          <w:p w14:paraId="2BE15E48" w14:textId="77777777" w:rsidR="00392E0D" w:rsidRPr="0040341C" w:rsidRDefault="00392E0D" w:rsidP="00A43A8B">
            <w:pPr>
              <w:shd w:val="clear" w:color="auto" w:fill="FFFFFF"/>
              <w:ind w:left="720"/>
              <w:textAlignment w:val="top"/>
              <w:rPr>
                <w:rFonts w:ascii="Segoe UI" w:eastAsia="Times New Roman" w:hAnsi="Segoe UI" w:cs="Segoe UI"/>
                <w:b/>
                <w:bCs/>
                <w:color w:val="000000"/>
                <w:bdr w:val="none" w:sz="0" w:space="0" w:color="auto" w:frame="1"/>
              </w:rPr>
            </w:pPr>
          </w:p>
          <w:p w14:paraId="7FEAB2FD" w14:textId="79458201" w:rsidR="00392E0D" w:rsidRDefault="00392E0D" w:rsidP="00A43A8B">
            <w:pPr>
              <w:shd w:val="clear" w:color="auto" w:fill="FFFFFF"/>
              <w:ind w:left="720"/>
              <w:textAlignment w:val="top"/>
              <w:rPr>
                <w:rFonts w:ascii="Segoe UI" w:eastAsia="Times New Roman" w:hAnsi="Segoe UI" w:cs="Segoe UI"/>
                <w:b/>
                <w:bCs/>
                <w:color w:val="000000"/>
                <w:bdr w:val="none" w:sz="0" w:space="0" w:color="auto" w:frame="1"/>
              </w:rPr>
            </w:pPr>
            <w:r w:rsidRPr="0040341C">
              <w:rPr>
                <w:rFonts w:ascii="Segoe UI" w:eastAsia="Times New Roman" w:hAnsi="Segoe UI" w:cs="Segoe UI"/>
                <w:b/>
                <w:bCs/>
                <w:color w:val="000000"/>
                <w:bdr w:val="none" w:sz="0" w:space="0" w:color="auto" w:frame="1"/>
              </w:rPr>
              <w:t xml:space="preserve">Our mission is to make the homebuilding process </w:t>
            </w:r>
            <w:r>
              <w:rPr>
                <w:rFonts w:ascii="Segoe UI" w:eastAsia="Times New Roman" w:hAnsi="Segoe UI" w:cs="Segoe UI"/>
                <w:b/>
                <w:bCs/>
                <w:color w:val="000000"/>
                <w:bdr w:val="none" w:sz="0" w:space="0" w:color="auto" w:frame="1"/>
              </w:rPr>
              <w:t>SIMPLE, EFFICIENT, and AFFORDABLE for our customers.</w:t>
            </w:r>
          </w:p>
          <w:p w14:paraId="03786AA4" w14:textId="77777777" w:rsidR="002D783D" w:rsidRDefault="002D783D" w:rsidP="00392E0D">
            <w:pPr>
              <w:shd w:val="clear" w:color="auto" w:fill="FFFFFF"/>
              <w:textAlignment w:val="top"/>
              <w:rPr>
                <w:rFonts w:ascii="Segoe UI" w:eastAsia="Times New Roman" w:hAnsi="Segoe UI" w:cs="Segoe UI"/>
                <w:b/>
                <w:bCs/>
                <w:color w:val="000000"/>
                <w:bdr w:val="none" w:sz="0" w:space="0" w:color="auto" w:frame="1"/>
              </w:rPr>
            </w:pPr>
          </w:p>
          <w:p w14:paraId="20B184A2" w14:textId="77777777" w:rsidR="00392E0D" w:rsidRDefault="00392E0D" w:rsidP="00392E0D">
            <w:pPr>
              <w:jc w:val="center"/>
            </w:pPr>
          </w:p>
        </w:tc>
      </w:tr>
    </w:tbl>
    <w:p w14:paraId="5DFD523C" w14:textId="216AA6AE" w:rsidR="00392E0D" w:rsidRDefault="00392E0D" w:rsidP="00392E0D">
      <w:pPr>
        <w:pBdr>
          <w:bottom w:val="single" w:sz="4" w:space="1" w:color="auto"/>
        </w:pBdr>
        <w:rPr>
          <w:rFonts w:ascii="Segoe UI" w:eastAsia="Times New Roman" w:hAnsi="Segoe UI" w:cs="Segoe UI"/>
          <w:color w:val="000000"/>
        </w:rPr>
      </w:pPr>
    </w:p>
    <w:p w14:paraId="7EF3AB25" w14:textId="77777777" w:rsidR="002D783D" w:rsidRDefault="002D783D" w:rsidP="00A43A8B">
      <w:pPr>
        <w:rPr>
          <w:sz w:val="21"/>
          <w:szCs w:val="21"/>
        </w:rPr>
      </w:pPr>
    </w:p>
    <w:p w14:paraId="7EAEF598" w14:textId="29CC1C09" w:rsidR="00392E0D" w:rsidRDefault="00392E0D" w:rsidP="00A43A8B">
      <w:pPr>
        <w:jc w:val="center"/>
        <w:rPr>
          <w:sz w:val="21"/>
          <w:szCs w:val="21"/>
        </w:rPr>
      </w:pPr>
      <w:r w:rsidRPr="00D07204">
        <w:rPr>
          <w:noProof/>
        </w:rPr>
        <w:drawing>
          <wp:inline distT="0" distB="0" distL="0" distR="0" wp14:anchorId="3EB6315B" wp14:editId="55C98A4E">
            <wp:extent cx="4991425" cy="2349062"/>
            <wp:effectExtent l="0" t="0" r="0" b="635"/>
            <wp:docPr id="1107425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42521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8437" cy="239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E7CC7" w14:textId="77777777" w:rsidR="002D783D" w:rsidRPr="0040341C" w:rsidRDefault="002D783D" w:rsidP="00392E0D">
      <w:pPr>
        <w:rPr>
          <w:sz w:val="21"/>
          <w:szCs w:val="21"/>
        </w:rPr>
      </w:pPr>
    </w:p>
    <w:p w14:paraId="3B3C70C0" w14:textId="1CE333B9" w:rsidR="00392E0D" w:rsidRPr="00625DA6" w:rsidRDefault="00392E0D" w:rsidP="00625DA6">
      <w:pPr>
        <w:pBdr>
          <w:bottom w:val="single" w:sz="4" w:space="1" w:color="auto"/>
        </w:pBd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BASE PRICE:    </w:t>
      </w:r>
      <w:r w:rsidRPr="0040341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40341C">
        <w:rPr>
          <w:sz w:val="24"/>
          <w:szCs w:val="24"/>
        </w:rPr>
        <w:t xml:space="preserve">               </w:t>
      </w:r>
      <w:r w:rsidRPr="0040341C">
        <w:rPr>
          <w:sz w:val="24"/>
          <w:szCs w:val="24"/>
        </w:rPr>
        <w:tab/>
      </w:r>
      <w:r w:rsidRPr="0040341C">
        <w:rPr>
          <w:sz w:val="24"/>
          <w:szCs w:val="24"/>
        </w:rPr>
        <w:tab/>
      </w:r>
      <w:r w:rsidRPr="0040341C">
        <w:rPr>
          <w:sz w:val="24"/>
          <w:szCs w:val="24"/>
        </w:rPr>
        <w:tab/>
      </w:r>
      <w:r w:rsidRPr="0040341C">
        <w:rPr>
          <w:sz w:val="24"/>
          <w:szCs w:val="24"/>
        </w:rPr>
        <w:tab/>
      </w:r>
      <w:r w:rsidRPr="0040341C">
        <w:rPr>
          <w:sz w:val="24"/>
          <w:szCs w:val="24"/>
        </w:rPr>
        <w:tab/>
      </w:r>
      <w:r w:rsidRPr="0040341C">
        <w:rPr>
          <w:sz w:val="24"/>
          <w:szCs w:val="24"/>
        </w:rPr>
        <w:tab/>
      </w:r>
      <w:r w:rsidRPr="0040341C">
        <w:rPr>
          <w:sz w:val="24"/>
          <w:szCs w:val="24"/>
        </w:rPr>
        <w:tab/>
      </w:r>
      <w:r w:rsidRPr="0040341C">
        <w:rPr>
          <w:sz w:val="24"/>
          <w:szCs w:val="24"/>
        </w:rPr>
        <w:tab/>
      </w:r>
      <w:r w:rsidRPr="0040341C">
        <w:rPr>
          <w:sz w:val="24"/>
          <w:szCs w:val="24"/>
        </w:rPr>
        <w:tab/>
      </w:r>
      <w:r>
        <w:rPr>
          <w:sz w:val="24"/>
          <w:szCs w:val="24"/>
        </w:rPr>
        <w:t xml:space="preserve">       </w:t>
      </w:r>
      <w:r w:rsidRPr="0040341C">
        <w:rPr>
          <w:b/>
          <w:bCs/>
          <w:sz w:val="24"/>
          <w:szCs w:val="24"/>
        </w:rPr>
        <w:t>$1</w:t>
      </w:r>
      <w:r w:rsidR="00703009">
        <w:rPr>
          <w:b/>
          <w:bCs/>
          <w:sz w:val="24"/>
          <w:szCs w:val="24"/>
        </w:rPr>
        <w:t>50</w:t>
      </w:r>
      <w:r w:rsidRPr="0040341C">
        <w:rPr>
          <w:b/>
          <w:bCs/>
          <w:sz w:val="24"/>
          <w:szCs w:val="24"/>
        </w:rPr>
        <w:t>,000</w:t>
      </w:r>
    </w:p>
    <w:p w14:paraId="242B0AD3" w14:textId="77777777" w:rsidR="00625DA6" w:rsidRDefault="00625DA6" w:rsidP="00392E0D">
      <w:pPr>
        <w:spacing w:after="0"/>
        <w:rPr>
          <w:b/>
          <w:bCs/>
          <w:sz w:val="24"/>
          <w:szCs w:val="24"/>
        </w:rPr>
      </w:pPr>
    </w:p>
    <w:p w14:paraId="59BC4606" w14:textId="786FB419" w:rsidR="00625DA6" w:rsidRPr="002D783D" w:rsidRDefault="00392E0D" w:rsidP="002D783D">
      <w:pPr>
        <w:spacing w:after="0" w:line="240" w:lineRule="auto"/>
      </w:pPr>
      <w:r>
        <w:rPr>
          <w:b/>
          <w:bCs/>
          <w:sz w:val="24"/>
          <w:szCs w:val="24"/>
        </w:rPr>
        <w:t>SOLAR PATIO</w:t>
      </w:r>
      <w:r w:rsidR="002D783D">
        <w:rPr>
          <w:b/>
          <w:bCs/>
          <w:sz w:val="24"/>
          <w:szCs w:val="24"/>
        </w:rPr>
        <w:t xml:space="preserve">: </w:t>
      </w:r>
      <w:r w:rsidR="002D783D">
        <w:t xml:space="preserve"> Covered outdoor living space with integrated solar power generation                                   </w:t>
      </w:r>
      <w:r w:rsidRPr="0040341C">
        <w:rPr>
          <w:b/>
          <w:bCs/>
          <w:sz w:val="24"/>
          <w:szCs w:val="24"/>
        </w:rPr>
        <w:t>$</w:t>
      </w:r>
      <w:r>
        <w:rPr>
          <w:b/>
          <w:bCs/>
          <w:sz w:val="24"/>
          <w:szCs w:val="24"/>
        </w:rPr>
        <w:t>30</w:t>
      </w:r>
      <w:r w:rsidRPr="0040341C">
        <w:rPr>
          <w:b/>
          <w:bCs/>
          <w:sz w:val="24"/>
          <w:szCs w:val="24"/>
        </w:rPr>
        <w:t>,000</w:t>
      </w:r>
    </w:p>
    <w:p w14:paraId="0ACF2898" w14:textId="30B82555" w:rsidR="00392E0D" w:rsidRDefault="00392E0D" w:rsidP="00392E0D">
      <w:pPr>
        <w:rPr>
          <w:b/>
          <w:bCs/>
          <w:sz w:val="24"/>
          <w:szCs w:val="24"/>
        </w:rPr>
      </w:pPr>
      <w:r w:rsidRPr="002D783D">
        <w:rPr>
          <w:sz w:val="24"/>
          <w:szCs w:val="24"/>
        </w:rPr>
        <w:t>(federal tax credit)</w:t>
      </w:r>
      <w:r w:rsidRPr="002D783D">
        <w:rPr>
          <w:sz w:val="24"/>
          <w:szCs w:val="24"/>
        </w:rPr>
        <w:tab/>
      </w:r>
      <w:r w:rsidRPr="002D783D">
        <w:rPr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                         ($10,000)</w:t>
      </w:r>
    </w:p>
    <w:p w14:paraId="48550791" w14:textId="634DD263" w:rsidR="00392E0D" w:rsidRDefault="00392E0D" w:rsidP="00392E0D">
      <w:pPr>
        <w:pBdr>
          <w:top w:val="single" w:sz="4" w:space="1" w:color="auto"/>
        </w:pBd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TOTAL PRICE:    </w:t>
      </w:r>
      <w:r w:rsidRPr="0040341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Pr="0040341C">
        <w:rPr>
          <w:sz w:val="24"/>
          <w:szCs w:val="24"/>
        </w:rPr>
        <w:t xml:space="preserve">               </w:t>
      </w:r>
      <w:r w:rsidRPr="0040341C">
        <w:rPr>
          <w:sz w:val="24"/>
          <w:szCs w:val="24"/>
        </w:rPr>
        <w:tab/>
      </w:r>
      <w:r w:rsidRPr="0040341C">
        <w:rPr>
          <w:sz w:val="24"/>
          <w:szCs w:val="24"/>
        </w:rPr>
        <w:tab/>
      </w:r>
      <w:r w:rsidRPr="0040341C">
        <w:rPr>
          <w:sz w:val="24"/>
          <w:szCs w:val="24"/>
        </w:rPr>
        <w:tab/>
      </w:r>
      <w:r w:rsidRPr="0040341C">
        <w:rPr>
          <w:sz w:val="24"/>
          <w:szCs w:val="24"/>
        </w:rPr>
        <w:tab/>
      </w:r>
      <w:r w:rsidRPr="0040341C">
        <w:rPr>
          <w:sz w:val="24"/>
          <w:szCs w:val="24"/>
        </w:rPr>
        <w:tab/>
      </w:r>
      <w:r w:rsidRPr="0040341C">
        <w:rPr>
          <w:sz w:val="24"/>
          <w:szCs w:val="24"/>
        </w:rPr>
        <w:tab/>
      </w:r>
      <w:r w:rsidRPr="0040341C">
        <w:rPr>
          <w:sz w:val="24"/>
          <w:szCs w:val="24"/>
        </w:rPr>
        <w:tab/>
      </w:r>
      <w:r w:rsidRPr="0040341C">
        <w:rPr>
          <w:sz w:val="24"/>
          <w:szCs w:val="24"/>
        </w:rPr>
        <w:tab/>
      </w:r>
      <w:r w:rsidRPr="0040341C">
        <w:rPr>
          <w:sz w:val="24"/>
          <w:szCs w:val="24"/>
        </w:rPr>
        <w:tab/>
      </w:r>
      <w:r>
        <w:rPr>
          <w:sz w:val="24"/>
          <w:szCs w:val="24"/>
        </w:rPr>
        <w:t xml:space="preserve">       </w:t>
      </w:r>
      <w:r w:rsidRPr="0040341C">
        <w:rPr>
          <w:b/>
          <w:bCs/>
          <w:sz w:val="24"/>
          <w:szCs w:val="24"/>
        </w:rPr>
        <w:t>$1</w:t>
      </w:r>
      <w:r w:rsidR="00703009">
        <w:rPr>
          <w:b/>
          <w:bCs/>
          <w:sz w:val="24"/>
          <w:szCs w:val="24"/>
        </w:rPr>
        <w:t>70</w:t>
      </w:r>
      <w:r w:rsidRPr="0040341C">
        <w:rPr>
          <w:b/>
          <w:bCs/>
          <w:sz w:val="24"/>
          <w:szCs w:val="24"/>
        </w:rPr>
        <w:t>,000</w:t>
      </w:r>
    </w:p>
    <w:p w14:paraId="1783A87D" w14:textId="77777777" w:rsidR="00625DA6" w:rsidRDefault="00625DA6" w:rsidP="00625DA6">
      <w:pPr>
        <w:spacing w:after="0"/>
        <w:rPr>
          <w:b/>
          <w:bCs/>
          <w:sz w:val="24"/>
          <w:szCs w:val="24"/>
        </w:rPr>
      </w:pPr>
    </w:p>
    <w:p w14:paraId="1690CF6B" w14:textId="705D1678" w:rsidR="00392E0D" w:rsidRPr="00392E0D" w:rsidRDefault="00392E0D" w:rsidP="00392E0D">
      <w:pPr>
        <w:spacing w:after="0" w:line="240" w:lineRule="auto"/>
      </w:pPr>
      <w:r>
        <w:rPr>
          <w:sz w:val="24"/>
          <w:szCs w:val="24"/>
        </w:rPr>
        <w:lastRenderedPageBreak/>
        <w:t xml:space="preserve">Date: </w:t>
      </w:r>
      <w:r w:rsidRPr="00392E0D">
        <w:rPr>
          <w:sz w:val="24"/>
          <w:szCs w:val="24"/>
        </w:rPr>
        <w:t>4-09-26</w:t>
      </w:r>
      <w:r w:rsidRPr="00392E0D">
        <w:rPr>
          <w:sz w:val="24"/>
          <w:szCs w:val="24"/>
        </w:rPr>
        <w:tab/>
        <w:t xml:space="preserve">                </w:t>
      </w:r>
      <w:r w:rsidRPr="00392E0D">
        <w:rPr>
          <w:sz w:val="24"/>
          <w:szCs w:val="24"/>
        </w:rPr>
        <w:tab/>
      </w:r>
      <w:r w:rsidRPr="00392E0D">
        <w:rPr>
          <w:sz w:val="24"/>
          <w:szCs w:val="24"/>
        </w:rPr>
        <w:tab/>
      </w:r>
      <w:r w:rsidRPr="00392E0D">
        <w:rPr>
          <w:sz w:val="24"/>
          <w:szCs w:val="24"/>
        </w:rPr>
        <w:tab/>
      </w:r>
      <w:r w:rsidRPr="00392E0D">
        <w:rPr>
          <w:sz w:val="24"/>
          <w:szCs w:val="24"/>
        </w:rPr>
        <w:tab/>
      </w:r>
      <w:r w:rsidRPr="00392E0D">
        <w:rPr>
          <w:sz w:val="24"/>
          <w:szCs w:val="24"/>
        </w:rPr>
        <w:tab/>
      </w:r>
    </w:p>
    <w:p w14:paraId="6443A68B" w14:textId="77777777" w:rsidR="00392E0D" w:rsidRDefault="00392E0D" w:rsidP="00392E0D">
      <w:pPr>
        <w:spacing w:after="0" w:line="240" w:lineRule="auto"/>
      </w:pPr>
    </w:p>
    <w:p w14:paraId="258D19B9" w14:textId="2A073A90" w:rsidR="00392E0D" w:rsidRDefault="00392E0D" w:rsidP="00392E0D">
      <w:pPr>
        <w:spacing w:after="0" w:line="240" w:lineRule="auto"/>
      </w:pPr>
      <w:r>
        <w:t xml:space="preserve">Dear Mr. and Mrs. Stewart: </w:t>
      </w:r>
    </w:p>
    <w:p w14:paraId="2C42228B" w14:textId="77777777" w:rsidR="00392E0D" w:rsidRDefault="00392E0D" w:rsidP="00392E0D">
      <w:pPr>
        <w:spacing w:after="0" w:line="240" w:lineRule="auto"/>
      </w:pPr>
    </w:p>
    <w:p w14:paraId="449435F4" w14:textId="0CB10E04" w:rsidR="00392E0D" w:rsidRDefault="00392E0D" w:rsidP="00392E0D">
      <w:pPr>
        <w:spacing w:after="0" w:line="240" w:lineRule="auto"/>
      </w:pPr>
      <w:r>
        <w:t xml:space="preserve">I am pleased to present this proposal for the supply and delivery of a factory-built modular </w:t>
      </w:r>
      <w:r w:rsidR="00625DA6">
        <w:t xml:space="preserve">residential </w:t>
      </w:r>
      <w:r>
        <w:t>dwelling unit with an optional solar patio</w:t>
      </w:r>
      <w:r w:rsidR="00625DA6">
        <w:t>.</w:t>
      </w:r>
    </w:p>
    <w:p w14:paraId="04E69B00" w14:textId="77777777" w:rsidR="00392E0D" w:rsidRDefault="00392E0D" w:rsidP="00392E0D">
      <w:pPr>
        <w:spacing w:after="0" w:line="240" w:lineRule="auto"/>
      </w:pPr>
    </w:p>
    <w:p w14:paraId="1DD4FBCF" w14:textId="77777777" w:rsidR="00392E0D" w:rsidRDefault="00392E0D" w:rsidP="00392E0D">
      <w:pPr>
        <w:spacing w:after="0" w:line="240" w:lineRule="auto"/>
      </w:pPr>
      <w:r>
        <w:t>Scope of Work</w:t>
      </w:r>
    </w:p>
    <w:p w14:paraId="0ECCFF81" w14:textId="77777777" w:rsidR="00392E0D" w:rsidRDefault="00392E0D" w:rsidP="00392E0D">
      <w:pPr>
        <w:spacing w:after="0" w:line="240" w:lineRule="auto"/>
      </w:pPr>
    </w:p>
    <w:p w14:paraId="6972C064" w14:textId="77777777" w:rsidR="00392E0D" w:rsidRDefault="00392E0D" w:rsidP="00392E0D">
      <w:pPr>
        <w:spacing w:after="0" w:line="240" w:lineRule="auto"/>
      </w:pPr>
      <w:r>
        <w:t>Modular Unit:</w:t>
      </w:r>
    </w:p>
    <w:p w14:paraId="724BB5EF" w14:textId="77777777" w:rsidR="00392E0D" w:rsidRDefault="00392E0D" w:rsidP="00392E0D">
      <w:pPr>
        <w:spacing w:after="0" w:line="240" w:lineRule="auto"/>
      </w:pPr>
      <w:r>
        <w:t>- Fabrication</w:t>
      </w:r>
    </w:p>
    <w:p w14:paraId="5D8F8A75" w14:textId="77777777" w:rsidR="00392E0D" w:rsidRDefault="00392E0D" w:rsidP="00392E0D">
      <w:pPr>
        <w:spacing w:after="0" w:line="240" w:lineRule="auto"/>
      </w:pPr>
      <w:r>
        <w:t>- Procurement and specifications</w:t>
      </w:r>
    </w:p>
    <w:p w14:paraId="66BF9546" w14:textId="77777777" w:rsidR="00392E0D" w:rsidRDefault="00392E0D" w:rsidP="00392E0D">
      <w:pPr>
        <w:spacing w:after="0" w:line="240" w:lineRule="auto"/>
      </w:pPr>
      <w:r>
        <w:t>- QA/QC</w:t>
      </w:r>
    </w:p>
    <w:p w14:paraId="5ECE9869" w14:textId="77777777" w:rsidR="00392E0D" w:rsidRDefault="00392E0D" w:rsidP="00392E0D">
      <w:pPr>
        <w:spacing w:after="0" w:line="240" w:lineRule="auto"/>
      </w:pPr>
      <w:r>
        <w:t>- Factory inspections</w:t>
      </w:r>
    </w:p>
    <w:p w14:paraId="36B9E942" w14:textId="77777777" w:rsidR="00392E0D" w:rsidRDefault="00392E0D" w:rsidP="00392E0D">
      <w:pPr>
        <w:spacing w:after="0" w:line="240" w:lineRule="auto"/>
      </w:pPr>
      <w:r>
        <w:t>- Transportation to site</w:t>
      </w:r>
    </w:p>
    <w:p w14:paraId="7C3C407D" w14:textId="4F811BB3" w:rsidR="00625DA6" w:rsidRDefault="00392E0D" w:rsidP="00392E0D">
      <w:pPr>
        <w:spacing w:after="0" w:line="240" w:lineRule="auto"/>
      </w:pPr>
      <w:r>
        <w:t>- Installation</w:t>
      </w:r>
      <w:r w:rsidR="00625DA6">
        <w:t xml:space="preserve"> and u</w:t>
      </w:r>
      <w:r>
        <w:t>tility connections</w:t>
      </w:r>
    </w:p>
    <w:p w14:paraId="61ECE3EF" w14:textId="4694D7F6" w:rsidR="00392E0D" w:rsidRDefault="00625DA6" w:rsidP="00392E0D">
      <w:pPr>
        <w:spacing w:after="0" w:line="240" w:lineRule="auto"/>
      </w:pPr>
      <w:r>
        <w:t>- P</w:t>
      </w:r>
      <w:r w:rsidR="00392E0D">
        <w:t>unch list</w:t>
      </w:r>
    </w:p>
    <w:p w14:paraId="57F12B54" w14:textId="77777777" w:rsidR="00392E0D" w:rsidRDefault="00392E0D" w:rsidP="00392E0D">
      <w:pPr>
        <w:spacing w:after="0" w:line="240" w:lineRule="auto"/>
      </w:pPr>
    </w:p>
    <w:p w14:paraId="5A1817BF" w14:textId="572DE3D0" w:rsidR="00392E0D" w:rsidRDefault="00392E0D" w:rsidP="00392E0D">
      <w:pPr>
        <w:spacing w:after="0" w:line="240" w:lineRule="auto"/>
      </w:pPr>
      <w:r>
        <w:t>Purchase Price</w:t>
      </w:r>
      <w:r w:rsidR="00625DA6">
        <w:t>:</w:t>
      </w:r>
    </w:p>
    <w:p w14:paraId="6953D93E" w14:textId="77777777" w:rsidR="00392E0D" w:rsidRDefault="00392E0D" w:rsidP="00392E0D">
      <w:pPr>
        <w:spacing w:after="0" w:line="240" w:lineRule="auto"/>
      </w:pPr>
    </w:p>
    <w:p w14:paraId="50C21E14" w14:textId="49254FC7" w:rsidR="00392E0D" w:rsidRDefault="00392E0D" w:rsidP="00392E0D">
      <w:pPr>
        <w:spacing w:after="0" w:line="240" w:lineRule="auto"/>
      </w:pPr>
      <w:r>
        <w:t>Base Modular Unit (Delivered</w:t>
      </w:r>
      <w:r w:rsidR="00625DA6">
        <w:t>, does not include site improvements</w:t>
      </w:r>
      <w:r>
        <w:t>):</w:t>
      </w:r>
    </w:p>
    <w:p w14:paraId="4208B716" w14:textId="77777777" w:rsidR="00392E0D" w:rsidRDefault="00392E0D" w:rsidP="00392E0D">
      <w:pPr>
        <w:spacing w:after="0" w:line="240" w:lineRule="auto"/>
      </w:pPr>
      <w:r>
        <w:t>$140,000</w:t>
      </w:r>
    </w:p>
    <w:p w14:paraId="5C01896E" w14:textId="77777777" w:rsidR="00392E0D" w:rsidRDefault="00392E0D" w:rsidP="00392E0D">
      <w:pPr>
        <w:spacing w:after="0" w:line="240" w:lineRule="auto"/>
      </w:pPr>
    </w:p>
    <w:p w14:paraId="42022C42" w14:textId="77777777" w:rsidR="00392E0D" w:rsidRDefault="00392E0D" w:rsidP="00392E0D">
      <w:pPr>
        <w:spacing w:after="0" w:line="240" w:lineRule="auto"/>
      </w:pPr>
      <w:r>
        <w:t>Optional Upgrade</w:t>
      </w:r>
    </w:p>
    <w:p w14:paraId="6868BE02" w14:textId="77777777" w:rsidR="00392E0D" w:rsidRDefault="00392E0D" w:rsidP="00392E0D">
      <w:pPr>
        <w:spacing w:after="0" w:line="240" w:lineRule="auto"/>
      </w:pPr>
    </w:p>
    <w:p w14:paraId="154E515C" w14:textId="77777777" w:rsidR="00392E0D" w:rsidRDefault="00392E0D" w:rsidP="00392E0D">
      <w:pPr>
        <w:spacing w:after="0" w:line="240" w:lineRule="auto"/>
      </w:pPr>
      <w:r>
        <w:t>Solar Patio System (Optional Add-On):</w:t>
      </w:r>
    </w:p>
    <w:p w14:paraId="7893E8D8" w14:textId="77777777" w:rsidR="00392E0D" w:rsidRDefault="00392E0D" w:rsidP="00392E0D">
      <w:pPr>
        <w:spacing w:after="0" w:line="240" w:lineRule="auto"/>
      </w:pPr>
      <w:r>
        <w:t xml:space="preserve">- ARKA Energy solar patio / </w:t>
      </w:r>
      <w:proofErr w:type="spellStart"/>
      <w:r>
        <w:t>PowerGazebo</w:t>
      </w:r>
      <w:proofErr w:type="spellEnd"/>
      <w:r>
        <w:t xml:space="preserve"> system</w:t>
      </w:r>
    </w:p>
    <w:p w14:paraId="2E6635FE" w14:textId="77777777" w:rsidR="00392E0D" w:rsidRDefault="00392E0D" w:rsidP="00392E0D">
      <w:pPr>
        <w:spacing w:after="0" w:line="240" w:lineRule="auto"/>
      </w:pPr>
      <w:r>
        <w:t>- Approx. 2.4kW – 4.9kW output capacity</w:t>
      </w:r>
    </w:p>
    <w:p w14:paraId="22321A41" w14:textId="77777777" w:rsidR="00392E0D" w:rsidRDefault="00392E0D" w:rsidP="00392E0D">
      <w:pPr>
        <w:spacing w:after="0" w:line="240" w:lineRule="auto"/>
      </w:pPr>
      <w:r>
        <w:t>- Optional battery storage / Tesla Powerwall compatibility</w:t>
      </w:r>
    </w:p>
    <w:p w14:paraId="7726064D" w14:textId="77777777" w:rsidR="00392E0D" w:rsidRDefault="00392E0D" w:rsidP="00392E0D">
      <w:pPr>
        <w:spacing w:after="0" w:line="240" w:lineRule="auto"/>
      </w:pPr>
      <w:r>
        <w:t>- Increases property value and usable space</w:t>
      </w:r>
    </w:p>
    <w:p w14:paraId="21799ADD" w14:textId="77777777" w:rsidR="00625DA6" w:rsidRDefault="00625DA6" w:rsidP="00625DA6">
      <w:pPr>
        <w:spacing w:after="0" w:line="240" w:lineRule="auto"/>
      </w:pPr>
      <w:r>
        <w:t>- Covered outdoor living space with integrated solar power generation</w:t>
      </w:r>
    </w:p>
    <w:p w14:paraId="08CCBE3F" w14:textId="77777777" w:rsidR="00392E0D" w:rsidRDefault="00392E0D" w:rsidP="00392E0D">
      <w:pPr>
        <w:spacing w:after="0" w:line="240" w:lineRule="auto"/>
      </w:pPr>
    </w:p>
    <w:p w14:paraId="31AB3D8C" w14:textId="77777777" w:rsidR="00392E0D" w:rsidRDefault="00392E0D" w:rsidP="00392E0D">
      <w:pPr>
        <w:spacing w:after="0" w:line="240" w:lineRule="auto"/>
      </w:pPr>
      <w:r>
        <w:t>Optional Pricing:</w:t>
      </w:r>
    </w:p>
    <w:p w14:paraId="5E14AE16" w14:textId="19AA7B95" w:rsidR="00392E0D" w:rsidRDefault="00392E0D" w:rsidP="00392E0D">
      <w:pPr>
        <w:spacing w:after="0" w:line="240" w:lineRule="auto"/>
      </w:pPr>
      <w:r>
        <w:t>Starting at $</w:t>
      </w:r>
      <w:r w:rsidR="00625DA6">
        <w:t>30</w:t>
      </w:r>
      <w:r>
        <w:t>,000 installed</w:t>
      </w:r>
    </w:p>
    <w:p w14:paraId="5A676126" w14:textId="77777777" w:rsidR="00392E0D" w:rsidRDefault="00392E0D" w:rsidP="00392E0D">
      <w:pPr>
        <w:spacing w:after="0" w:line="240" w:lineRule="auto"/>
      </w:pPr>
      <w:r>
        <w:t>$10,000 Credit / Refund</w:t>
      </w:r>
    </w:p>
    <w:p w14:paraId="72466D57" w14:textId="47D2EA47" w:rsidR="00625DA6" w:rsidRDefault="00625DA6" w:rsidP="00392E0D">
      <w:pPr>
        <w:spacing w:after="0" w:line="240" w:lineRule="auto"/>
      </w:pPr>
      <w:r>
        <w:t>Year-over-year green power supply</w:t>
      </w:r>
    </w:p>
    <w:p w14:paraId="7857F906" w14:textId="3D39EAEE" w:rsidR="00392E0D" w:rsidRDefault="00625DA6" w:rsidP="00392E0D">
      <w:pPr>
        <w:spacing w:after="0" w:line="240" w:lineRule="auto"/>
      </w:pPr>
      <w:r>
        <w:t>T</w:t>
      </w:r>
      <w:r w:rsidR="00392E0D">
        <w:t>he solar patio may qualify for a ~30% Federal Tax Credit, subject to eligibility</w:t>
      </w:r>
      <w:r>
        <w:t xml:space="preserve"> and tax code</w:t>
      </w:r>
      <w:r w:rsidR="00392E0D">
        <w:t>.</w:t>
      </w:r>
    </w:p>
    <w:p w14:paraId="1896B4A4" w14:textId="77777777" w:rsidR="00625DA6" w:rsidRDefault="00625DA6" w:rsidP="00392E0D">
      <w:pPr>
        <w:spacing w:after="0" w:line="240" w:lineRule="auto"/>
      </w:pPr>
    </w:p>
    <w:p w14:paraId="35E8EAA4" w14:textId="71F67FEE" w:rsidR="00392E0D" w:rsidRDefault="00392E0D" w:rsidP="00392E0D">
      <w:pPr>
        <w:spacing w:after="0" w:line="240" w:lineRule="auto"/>
      </w:pPr>
      <w:r>
        <w:t>Estimated Duration: 8–12 weeks</w:t>
      </w:r>
    </w:p>
    <w:p w14:paraId="437E5DF5" w14:textId="77777777" w:rsidR="00392E0D" w:rsidRDefault="00392E0D" w:rsidP="00392E0D">
      <w:pPr>
        <w:spacing w:after="0" w:line="240" w:lineRule="auto"/>
      </w:pPr>
      <w:r>
        <w:t>Delivery Date: TBD</w:t>
      </w:r>
    </w:p>
    <w:p w14:paraId="61E76BAD" w14:textId="77777777" w:rsidR="00392E0D" w:rsidRDefault="00392E0D" w:rsidP="00392E0D">
      <w:pPr>
        <w:spacing w:after="0" w:line="240" w:lineRule="auto"/>
      </w:pPr>
    </w:p>
    <w:p w14:paraId="061AA65D" w14:textId="77777777" w:rsidR="00392E0D" w:rsidRDefault="00392E0D" w:rsidP="00392E0D">
      <w:pPr>
        <w:spacing w:after="0" w:line="240" w:lineRule="auto"/>
      </w:pPr>
      <w:r>
        <w:t>Exclusions</w:t>
      </w:r>
    </w:p>
    <w:p w14:paraId="476D0172" w14:textId="77777777" w:rsidR="00392E0D" w:rsidRDefault="00392E0D" w:rsidP="00392E0D">
      <w:pPr>
        <w:spacing w:after="0" w:line="240" w:lineRule="auto"/>
      </w:pPr>
      <w:r>
        <w:t>Plans, permits, engineering, site work, landscaping, crane set, appliances, cabinets/countertops, and utility tie-ins unless otherwise specified.</w:t>
      </w:r>
    </w:p>
    <w:p w14:paraId="3BDD4D14" w14:textId="77777777" w:rsidR="00392E0D" w:rsidRDefault="00392E0D" w:rsidP="00392E0D">
      <w:pPr>
        <w:spacing w:after="0" w:line="240" w:lineRule="auto"/>
      </w:pPr>
    </w:p>
    <w:p w14:paraId="60073AA3" w14:textId="77777777" w:rsidR="007A10BC" w:rsidRDefault="007A10BC" w:rsidP="00392E0D">
      <w:pPr>
        <w:spacing w:after="0" w:line="240" w:lineRule="auto"/>
      </w:pPr>
    </w:p>
    <w:p w14:paraId="0590527F" w14:textId="7840896A" w:rsidR="007A10BC" w:rsidRDefault="007A10BC" w:rsidP="00392E0D">
      <w:pPr>
        <w:spacing w:after="0" w:line="240" w:lineRule="auto"/>
      </w:pPr>
      <w:r>
        <w:t>Sincerely,</w:t>
      </w:r>
    </w:p>
    <w:p w14:paraId="549FB8A7" w14:textId="689CAFB3" w:rsidR="00875C3E" w:rsidRPr="00941E72" w:rsidRDefault="003F3403" w:rsidP="00625DA6">
      <w:pPr>
        <w:spacing w:after="0" w:line="240" w:lineRule="auto"/>
      </w:pPr>
      <w:r>
        <w:t>ADU Modular Homes</w:t>
      </w:r>
    </w:p>
    <w:sectPr w:rsidR="00875C3E" w:rsidRPr="00941E72" w:rsidSect="006573B8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DA2FB0" w14:textId="77777777" w:rsidR="00AE69F3" w:rsidRDefault="00AE69F3" w:rsidP="00BA1BC0">
      <w:pPr>
        <w:spacing w:after="0" w:line="240" w:lineRule="auto"/>
      </w:pPr>
      <w:r>
        <w:separator/>
      </w:r>
    </w:p>
  </w:endnote>
  <w:endnote w:type="continuationSeparator" w:id="0">
    <w:p w14:paraId="14F0CAD5" w14:textId="77777777" w:rsidR="00AE69F3" w:rsidRDefault="00AE69F3" w:rsidP="00BA1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A44F1" w14:textId="77777777" w:rsidR="00AE69F3" w:rsidRDefault="00AE69F3" w:rsidP="00BA1BC0">
      <w:pPr>
        <w:spacing w:after="0" w:line="240" w:lineRule="auto"/>
      </w:pPr>
      <w:r>
        <w:separator/>
      </w:r>
    </w:p>
  </w:footnote>
  <w:footnote w:type="continuationSeparator" w:id="0">
    <w:p w14:paraId="5E7DF01A" w14:textId="77777777" w:rsidR="00AE69F3" w:rsidRDefault="00AE69F3" w:rsidP="00BA1B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1AB09" w14:textId="780672AC" w:rsidR="00BA1BC0" w:rsidRDefault="00BA1BC0" w:rsidP="00BA1BC0">
    <w:pPr>
      <w:pStyle w:val="NormalWeb"/>
      <w:pBdr>
        <w:bottom w:val="single" w:sz="4" w:space="1" w:color="auto"/>
      </w:pBdr>
      <w:spacing w:before="0" w:beforeAutospacing="0" w:after="0" w:afterAutospacing="0"/>
    </w:pPr>
    <w:r>
      <w:rPr>
        <w:rFonts w:ascii="Calibri" w:hAnsi="Calibri" w:cs="Calibri"/>
        <w:b/>
        <w:bCs/>
        <w:color w:val="000000"/>
        <w:sz w:val="18"/>
        <w:szCs w:val="18"/>
      </w:rPr>
      <w:t>ADU MODULAR Homes</w:t>
    </w:r>
    <w:r>
      <w:rPr>
        <w:rStyle w:val="apple-converted-space"/>
        <w:rFonts w:ascii="Calibri" w:hAnsi="Calibri" w:cs="Calibri"/>
        <w:b/>
        <w:bCs/>
        <w:color w:val="000000"/>
        <w:sz w:val="18"/>
        <w:szCs w:val="18"/>
      </w:rPr>
      <w:t> </w:t>
    </w:r>
    <w:r>
      <w:rPr>
        <w:rFonts w:ascii="Garamond" w:hAnsi="Garamond"/>
        <w:b/>
        <w:bCs/>
        <w:color w:val="7F7F7F"/>
        <w:sz w:val="22"/>
        <w:szCs w:val="22"/>
      </w:rPr>
      <w:t>|</w:t>
    </w:r>
    <w:r>
      <w:rPr>
        <w:rFonts w:ascii="Aptos" w:hAnsi="Aptos"/>
        <w:color w:val="212121"/>
        <w:sz w:val="22"/>
        <w:szCs w:val="22"/>
      </w:rPr>
      <w:t> </w:t>
    </w:r>
    <w:hyperlink r:id="rId1" w:tooltip="http://www.adumodular.com/" w:history="1">
      <w:r>
        <w:rPr>
          <w:rStyle w:val="Hyperlink"/>
          <w:rFonts w:ascii="Garamond" w:hAnsi="Garamond"/>
          <w:color w:val="1A1AC3"/>
          <w:sz w:val="20"/>
          <w:szCs w:val="20"/>
        </w:rPr>
        <w:t>adumodular.com</w:t>
      </w:r>
    </w:hyperlink>
    <w:r>
      <w:rPr>
        <w:rFonts w:ascii="Garamond" w:hAnsi="Garamond"/>
        <w:color w:val="1A1AC3"/>
        <w:sz w:val="20"/>
        <w:szCs w:val="20"/>
      </w:rPr>
      <w:t> </w:t>
    </w:r>
    <w:r>
      <w:rPr>
        <w:rFonts w:ascii="Garamond" w:hAnsi="Garamond"/>
        <w:b/>
        <w:bCs/>
        <w:color w:val="7F7F7F"/>
        <w:sz w:val="22"/>
        <w:szCs w:val="22"/>
      </w:rPr>
      <w:t>|</w:t>
    </w:r>
    <w:r>
      <w:rPr>
        <w:rStyle w:val="apple-converted-space"/>
        <w:rFonts w:ascii="Garamond" w:hAnsi="Garamond"/>
        <w:b/>
        <w:bCs/>
        <w:color w:val="7F7F7F"/>
        <w:sz w:val="22"/>
        <w:szCs w:val="22"/>
      </w:rPr>
      <w:t> </w:t>
    </w:r>
    <w:r>
      <w:rPr>
        <w:rFonts w:ascii="Garamond" w:hAnsi="Garamond"/>
        <w:color w:val="212121"/>
        <w:sz w:val="18"/>
        <w:szCs w:val="18"/>
      </w:rPr>
      <w:t>600 B Street Ste 300 San Diego, CA 92101</w:t>
    </w:r>
    <w:r>
      <w:rPr>
        <w:color w:val="000000"/>
      </w:rPr>
      <w:t xml:space="preserve"> </w:t>
    </w:r>
    <w:r w:rsidRPr="00BA1BC0">
      <w:rPr>
        <w:color w:val="000000"/>
        <w:sz w:val="18"/>
        <w:szCs w:val="18"/>
      </w:rPr>
      <w:t>| | 602-703-4148</w:t>
    </w:r>
    <w:r>
      <w:rPr>
        <w:color w:val="000000"/>
        <w:sz w:val="18"/>
        <w:szCs w:val="18"/>
      </w:rPr>
      <w:t xml:space="preserve">                                          </w:t>
    </w:r>
    <w:r>
      <w:fldChar w:fldCharType="begin"/>
    </w:r>
    <w:r>
      <w:instrText xml:space="preserve"> INCLUDEPICTURE "https://www.adumodular.com/ws/media-library/d86e15fdb554bc8dc1ceb9ba252cf3c3/sdr12.png" \* MERGEFORMATINET </w:instrText>
    </w:r>
    <w:r>
      <w:fldChar w:fldCharType="separate"/>
    </w:r>
    <w:r>
      <w:rPr>
        <w:noProof/>
      </w:rPr>
      <w:drawing>
        <wp:inline distT="0" distB="0" distL="0" distR="0" wp14:anchorId="6FB525CD" wp14:editId="6C012F83">
          <wp:extent cx="775911" cy="754213"/>
          <wp:effectExtent l="0" t="0" r="0" b="0"/>
          <wp:docPr id="11796344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241" cy="888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6B20D62"/>
    <w:multiLevelType w:val="hybridMultilevel"/>
    <w:tmpl w:val="1D0A8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B66175"/>
    <w:multiLevelType w:val="hybridMultilevel"/>
    <w:tmpl w:val="3522CB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EE629D"/>
    <w:multiLevelType w:val="hybridMultilevel"/>
    <w:tmpl w:val="D3BED9A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3B54674"/>
    <w:multiLevelType w:val="hybridMultilevel"/>
    <w:tmpl w:val="19484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9996707">
    <w:abstractNumId w:val="8"/>
  </w:num>
  <w:num w:numId="2" w16cid:durableId="599334365">
    <w:abstractNumId w:val="6"/>
  </w:num>
  <w:num w:numId="3" w16cid:durableId="650326215">
    <w:abstractNumId w:val="5"/>
  </w:num>
  <w:num w:numId="4" w16cid:durableId="343824320">
    <w:abstractNumId w:val="4"/>
  </w:num>
  <w:num w:numId="5" w16cid:durableId="1739325513">
    <w:abstractNumId w:val="7"/>
  </w:num>
  <w:num w:numId="6" w16cid:durableId="1482698102">
    <w:abstractNumId w:val="3"/>
  </w:num>
  <w:num w:numId="7" w16cid:durableId="1091973939">
    <w:abstractNumId w:val="2"/>
  </w:num>
  <w:num w:numId="8" w16cid:durableId="422189352">
    <w:abstractNumId w:val="1"/>
  </w:num>
  <w:num w:numId="9" w16cid:durableId="404693842">
    <w:abstractNumId w:val="0"/>
  </w:num>
  <w:num w:numId="10" w16cid:durableId="1146626075">
    <w:abstractNumId w:val="12"/>
  </w:num>
  <w:num w:numId="11" w16cid:durableId="1177430121">
    <w:abstractNumId w:val="9"/>
  </w:num>
  <w:num w:numId="12" w16cid:durableId="58209076">
    <w:abstractNumId w:val="10"/>
  </w:num>
  <w:num w:numId="13" w16cid:durableId="184170078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1D5FD0"/>
    <w:rsid w:val="00275EFC"/>
    <w:rsid w:val="0029639D"/>
    <w:rsid w:val="002D783D"/>
    <w:rsid w:val="00326F90"/>
    <w:rsid w:val="0034377C"/>
    <w:rsid w:val="00345C84"/>
    <w:rsid w:val="00392E0D"/>
    <w:rsid w:val="003E60C7"/>
    <w:rsid w:val="003F3403"/>
    <w:rsid w:val="0040341C"/>
    <w:rsid w:val="00602A7C"/>
    <w:rsid w:val="00625DA6"/>
    <w:rsid w:val="006573B8"/>
    <w:rsid w:val="006B55B7"/>
    <w:rsid w:val="006C6178"/>
    <w:rsid w:val="00703009"/>
    <w:rsid w:val="00790E2D"/>
    <w:rsid w:val="007A10BC"/>
    <w:rsid w:val="00875C3E"/>
    <w:rsid w:val="00902A1F"/>
    <w:rsid w:val="00941E72"/>
    <w:rsid w:val="009E7DBD"/>
    <w:rsid w:val="00A3744A"/>
    <w:rsid w:val="00A43A8B"/>
    <w:rsid w:val="00A7645B"/>
    <w:rsid w:val="00AA1D8D"/>
    <w:rsid w:val="00AC3891"/>
    <w:rsid w:val="00AE69F3"/>
    <w:rsid w:val="00B47730"/>
    <w:rsid w:val="00BA1BC0"/>
    <w:rsid w:val="00CB0664"/>
    <w:rsid w:val="00D24746"/>
    <w:rsid w:val="00FC693F"/>
    <w:rsid w:val="00FC7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156BB8"/>
  <w14:defaultImageDpi w14:val="300"/>
  <w15:docId w15:val="{2933AFBE-41AC-034C-9D79-886E62C16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941E7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1E7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A1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A1B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www.adumodula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spencer _</cp:lastModifiedBy>
  <cp:revision>6</cp:revision>
  <cp:lastPrinted>2026-04-08T01:13:00Z</cp:lastPrinted>
  <dcterms:created xsi:type="dcterms:W3CDTF">2026-04-09T15:58:00Z</dcterms:created>
  <dcterms:modified xsi:type="dcterms:W3CDTF">2026-04-13T16:55:00Z</dcterms:modified>
  <cp:category/>
</cp:coreProperties>
</file>